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6CD7" w14:textId="02E0C708" w:rsidR="004F2F4F" w:rsidRDefault="004F2F4F">
      <w:pPr>
        <w:pStyle w:val="Heading1"/>
      </w:pPr>
      <w:r>
        <w:rPr>
          <w:noProof/>
        </w:rPr>
        <w:drawing>
          <wp:inline distT="0" distB="0" distL="0" distR="0" wp14:anchorId="04403C8D" wp14:editId="720BB113">
            <wp:extent cx="978408" cy="219456"/>
            <wp:effectExtent l="0" t="0" r="0" b="9525"/>
            <wp:docPr id="599668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68370" name="Picture 5996683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141C" w14:textId="1BAC6452" w:rsidR="00E539FF" w:rsidRDefault="00000000">
      <w:pPr>
        <w:pStyle w:val="Heading1"/>
      </w:pPr>
      <w:r>
        <w:t xml:space="preserve">Welcome to the </w:t>
      </w:r>
      <w:proofErr w:type="spellStart"/>
      <w:r>
        <w:t>KPower</w:t>
      </w:r>
      <w:proofErr w:type="spellEnd"/>
      <w:r>
        <w:t xml:space="preserve"> Dealer Program for MasterCraft Dealers</w:t>
      </w:r>
    </w:p>
    <w:p w14:paraId="2DBF4419" w14:textId="77777777" w:rsidR="00E539FF" w:rsidRDefault="00000000">
      <w:r>
        <w:t>Dear MasterCraft Dealer,</w:t>
      </w:r>
    </w:p>
    <w:p w14:paraId="1DA44954" w14:textId="77777777" w:rsidR="00E539FF" w:rsidRDefault="00000000">
      <w:r>
        <w:t>Welcome to the KPower Dealer Program! Your dealer account has been approved, and you now have access to KPower's dealer resources and online ordering.</w:t>
      </w:r>
    </w:p>
    <w:p w14:paraId="429DD19D" w14:textId="77777777" w:rsidR="00E539FF" w:rsidRDefault="00000000">
      <w:r>
        <w:t>Please log in to My Account on our website using the email address and password you registered with.</w:t>
      </w:r>
    </w:p>
    <w:p w14:paraId="3B7F536B" w14:textId="77777777" w:rsidR="00E539FF" w:rsidRDefault="00000000">
      <w:r>
        <w:t>KPower lithium batteries have been validated for demanding MasterCraft applications, delivering reliable engine starting, stable voltage, and exceptional high-load performance for today's premium wake boats.</w:t>
      </w:r>
    </w:p>
    <w:p w14:paraId="1EB0127B" w14:textId="77777777" w:rsidR="00E539FF" w:rsidRDefault="00000000">
      <w:pPr>
        <w:pStyle w:val="Heading2"/>
      </w:pPr>
      <w:r>
        <w:t>Getting Started</w:t>
      </w:r>
    </w:p>
    <w:p w14:paraId="63C1ADA8" w14:textId="77777777" w:rsidR="00E539FF" w:rsidRDefault="00000000">
      <w:r>
        <w:t>After logging in to My Account, you can:</w:t>
      </w:r>
      <w:r>
        <w:br/>
        <w:t>• Shop KPower products at your MasterCraft dealer pricing.</w:t>
      </w:r>
      <w:r>
        <w:br/>
        <w:t>• Access Dealer Guides, FAQs, and technical support.</w:t>
      </w:r>
      <w:r>
        <w:br/>
        <w:t>• Submit warranty and support requests.</w:t>
      </w:r>
      <w:r>
        <w:br/>
        <w:t>• View your order history and account information.</w:t>
      </w:r>
    </w:p>
    <w:p w14:paraId="182FEFFC" w14:textId="77777777" w:rsidR="00E539FF" w:rsidRDefault="00000000">
      <w:pPr>
        <w:pStyle w:val="Heading2"/>
      </w:pPr>
      <w:r>
        <w:t>How to Place an Order</w:t>
      </w:r>
    </w:p>
    <w:p w14:paraId="021643E2" w14:textId="77777777" w:rsidR="00E539FF" w:rsidRDefault="00000000">
      <w:r>
        <w:t>To ensure you receive the most accurate shipping cost, all orders are processed through our Freight Quote system.</w:t>
      </w:r>
      <w:r>
        <w:br/>
      </w:r>
      <w:r>
        <w:br/>
        <w:t>1. Add the products you wish to purchase to your shopping cart.</w:t>
      </w:r>
      <w:r>
        <w:br/>
        <w:t>2. Submit your order as a Freight Quote Request.</w:t>
      </w:r>
      <w:r>
        <w:br/>
        <w:t>3. Our team will calculate the shipping cost and update your cart, typically within one business day.</w:t>
      </w:r>
      <w:r>
        <w:br/>
        <w:t>4. You will receive an email when your freight quote is ready.</w:t>
      </w:r>
      <w:r>
        <w:br/>
        <w:t>5. Click the link in the email, review the shipping charge in your shopping cart, then accept the freight quote and click 'Pay Now' to complete your order.</w:t>
      </w:r>
      <w:r>
        <w:br/>
        <w:t>6. Once payment is received (or your purchase order is approved for authorized open-term accounts), your order will be processed and shipped promptly.</w:t>
      </w:r>
    </w:p>
    <w:p w14:paraId="2B36E475" w14:textId="77777777" w:rsidR="00E539FF" w:rsidRDefault="00000000">
      <w:r>
        <w:t>This process ensures you receive an accurate freight charge before completing your purchase.</w:t>
      </w:r>
    </w:p>
    <w:p w14:paraId="73E72E8D" w14:textId="77777777" w:rsidR="00E539FF" w:rsidRDefault="00000000">
      <w:r>
        <w:t>If you have any questions or need assistance, please contact us.</w:t>
      </w:r>
      <w:r>
        <w:br/>
      </w:r>
      <w:r>
        <w:br/>
        <w:t>Website: www.kpowerlithium.com</w:t>
      </w:r>
      <w:r>
        <w:br/>
      </w:r>
      <w:r>
        <w:lastRenderedPageBreak/>
        <w:t>My Account: www.kpowerlithium.com/my-account/</w:t>
      </w:r>
      <w:r>
        <w:br/>
        <w:t>Email: support@kpowerlithium.com</w:t>
      </w:r>
      <w:r>
        <w:br/>
        <w:t>Phone: 1-865-409-5522</w:t>
      </w:r>
    </w:p>
    <w:p w14:paraId="06F1C419" w14:textId="77777777" w:rsidR="00E539FF" w:rsidRDefault="00000000">
      <w:r>
        <w:t>Thank you for choosing KPower. We appreciate your partnership and look forward to supporting your dealership with industry-leading lithium battery solutions and responsive dealer support.</w:t>
      </w:r>
    </w:p>
    <w:p w14:paraId="03FCA3B7" w14:textId="77777777" w:rsidR="00E539FF" w:rsidRDefault="00000000">
      <w:r>
        <w:t>Best regards,</w:t>
      </w:r>
      <w:r>
        <w:br/>
      </w:r>
      <w:r>
        <w:br/>
        <w:t>KPower Dealer Support</w:t>
      </w:r>
      <w:r>
        <w:br/>
        <w:t>KPower Lithium</w:t>
      </w:r>
    </w:p>
    <w:sectPr w:rsidR="00E539FF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28BE" w14:textId="77777777" w:rsidR="00577D2F" w:rsidRDefault="00577D2F" w:rsidP="000B12E8">
      <w:pPr>
        <w:spacing w:after="0" w:line="240" w:lineRule="auto"/>
      </w:pPr>
      <w:r>
        <w:separator/>
      </w:r>
    </w:p>
  </w:endnote>
  <w:endnote w:type="continuationSeparator" w:id="0">
    <w:p w14:paraId="614F440A" w14:textId="77777777" w:rsidR="00577D2F" w:rsidRDefault="00577D2F" w:rsidP="000B1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8129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D4847D" w14:textId="44F47A7C" w:rsidR="000B12E8" w:rsidRDefault="000B12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3F502" w14:textId="36AC4535" w:rsidR="000B12E8" w:rsidRDefault="000B12E8">
    <w:pPr>
      <w:pStyle w:val="Footer"/>
    </w:pPr>
    <w:r>
      <w:t>July 13,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F986" w14:textId="77777777" w:rsidR="00577D2F" w:rsidRDefault="00577D2F" w:rsidP="000B12E8">
      <w:pPr>
        <w:spacing w:after="0" w:line="240" w:lineRule="auto"/>
      </w:pPr>
      <w:r>
        <w:separator/>
      </w:r>
    </w:p>
  </w:footnote>
  <w:footnote w:type="continuationSeparator" w:id="0">
    <w:p w14:paraId="7AC6AA92" w14:textId="77777777" w:rsidR="00577D2F" w:rsidRDefault="00577D2F" w:rsidP="000B1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05E1" w14:textId="7675D1AA" w:rsidR="000B12E8" w:rsidRDefault="000B12E8">
    <w:pPr>
      <w:pStyle w:val="Header"/>
    </w:pPr>
    <w:r>
      <w:ptab w:relativeTo="margin" w:alignment="center" w:leader="none"/>
    </w:r>
    <w:r>
      <w:ptab w:relativeTo="margin" w:alignment="right" w:leader="none"/>
    </w:r>
    <w:r>
      <w:t>DG-</w:t>
    </w:r>
    <w:proofErr w:type="gramStart"/>
    <w:r>
      <w:t>001 .</w:t>
    </w:r>
    <w:proofErr w:type="gramEnd"/>
    <w:r>
      <w:t xml:space="preserve">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6453859">
    <w:abstractNumId w:val="8"/>
  </w:num>
  <w:num w:numId="2" w16cid:durableId="961231243">
    <w:abstractNumId w:val="6"/>
  </w:num>
  <w:num w:numId="3" w16cid:durableId="1886915055">
    <w:abstractNumId w:val="5"/>
  </w:num>
  <w:num w:numId="4" w16cid:durableId="1417092674">
    <w:abstractNumId w:val="4"/>
  </w:num>
  <w:num w:numId="5" w16cid:durableId="564223537">
    <w:abstractNumId w:val="7"/>
  </w:num>
  <w:num w:numId="6" w16cid:durableId="1079324057">
    <w:abstractNumId w:val="3"/>
  </w:num>
  <w:num w:numId="7" w16cid:durableId="1540702564">
    <w:abstractNumId w:val="2"/>
  </w:num>
  <w:num w:numId="8" w16cid:durableId="465202320">
    <w:abstractNumId w:val="1"/>
  </w:num>
  <w:num w:numId="9" w16cid:durableId="34343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2E8"/>
    <w:rsid w:val="000E66F6"/>
    <w:rsid w:val="0015074B"/>
    <w:rsid w:val="0029639D"/>
    <w:rsid w:val="00326F90"/>
    <w:rsid w:val="0036676A"/>
    <w:rsid w:val="004F2F4F"/>
    <w:rsid w:val="00577D2F"/>
    <w:rsid w:val="00AA1D8D"/>
    <w:rsid w:val="00B46596"/>
    <w:rsid w:val="00B47730"/>
    <w:rsid w:val="00CB0664"/>
    <w:rsid w:val="00CC4FAF"/>
    <w:rsid w:val="00E539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1BDA6D"/>
  <w14:defaultImageDpi w14:val="300"/>
  <w15:docId w15:val="{EA439A72-2011-4C8C-B069-3751BD7D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1755</Characters>
  <Application>Microsoft Office Word</Application>
  <DocSecurity>0</DocSecurity>
  <Lines>42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Scott Chen</cp:lastModifiedBy>
  <cp:revision>2</cp:revision>
  <cp:lastPrinted>2026-07-13T05:48:00Z</cp:lastPrinted>
  <dcterms:created xsi:type="dcterms:W3CDTF">2026-07-13T08:00:00Z</dcterms:created>
  <dcterms:modified xsi:type="dcterms:W3CDTF">2026-07-13T08:00:00Z</dcterms:modified>
  <cp:category/>
</cp:coreProperties>
</file>